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left"/>
      </w:pPr>
      <w:r>
        <w:rPr>
          <w:b/>
          <w:i w:val="0"/>
          <w:color w:val="1B4332"/>
          <w:sz w:val="40"/>
        </w:rPr>
        <w:t>CareAdvocate</w:t>
      </w:r>
    </w:p>
    <w:p>
      <w:pPr>
        <w:spacing w:after="80"/>
      </w:pPr>
      <w:r>
        <w:rPr>
          <w:b w:val="0"/>
          <w:i w:val="0"/>
          <w:color w:val="1A1917"/>
          <w:sz w:val="28"/>
        </w:rPr>
        <w:t>Subject Access Request Letter Pack</w:t>
      </w:r>
    </w:p>
    <w:p>
      <w:pPr>
        <w:spacing w:after="320"/>
      </w:pPr>
      <w:r>
        <w:rPr>
          <w:b w:val="0"/>
          <w:i w:val="0"/>
          <w:color w:val="888888"/>
          <w:sz w:val="20"/>
        </w:rPr>
        <w:t>careadvocate.co.uk  |  Free resource</w:t>
      </w:r>
    </w:p>
    <w:p>
      <w:pPr>
        <w:spacing w:before="240" w:after="240"/>
      </w:pPr>
      <w:r>
        <w:rPr>
          <w:b w:val="0"/>
          <w:i w:val="0"/>
          <w:color w:val="DDDDDD"/>
          <w:sz w:val="18"/>
        </w:rPr>
        <w:t>--------------------------------------------------------------------------------</w:t>
      </w:r>
    </w:p>
    <w:p>
      <w:pPr>
        <w:spacing w:after="160"/>
      </w:pPr>
      <w:r>
        <w:rPr>
          <w:b/>
          <w:i w:val="0"/>
          <w:color w:val="1A1917"/>
          <w:sz w:val="24"/>
        </w:rPr>
        <w:t>How to use these letters</w:t>
      </w:r>
    </w:p>
    <w:p>
      <w:pPr>
        <w:pStyle w:val="ListNumber"/>
        <w:spacing w:after="120"/>
      </w:pPr>
      <w:r>
        <w:rPr>
          <w:b w:val="0"/>
          <w:i w:val="0"/>
          <w:color w:val="555555"/>
          <w:sz w:val="22"/>
        </w:rPr>
        <w:t>This pack contains three Subject Access Request (SAR) letters under UK GDPR Article 15. You are entitled to a copy of all personal data held about your relative -- including medical records, care plans, correspondence, and assessment notes.</w:t>
      </w:r>
    </w:p>
    <w:p>
      <w:pPr>
        <w:pStyle w:val="ListNumber"/>
        <w:spacing w:after="120"/>
      </w:pPr>
      <w:r>
        <w:rPr>
          <w:b w:val="0"/>
          <w:i w:val="0"/>
          <w:color w:val="555555"/>
          <w:sz w:val="22"/>
        </w:rPr>
        <w:t>Send one letter to each organisation that holds relevant records. You do not need to explain why you want the records.</w:t>
      </w:r>
    </w:p>
    <w:p>
      <w:pPr>
        <w:pStyle w:val="ListNumber"/>
        <w:spacing w:after="120"/>
      </w:pPr>
      <w:r>
        <w:rPr>
          <w:b w:val="0"/>
          <w:i w:val="0"/>
          <w:color w:val="555555"/>
          <w:sz w:val="22"/>
        </w:rPr>
        <w:t>Organisations must respond within ONE calendar month. There is no charge for a SAR (subject to reasonable requests).</w:t>
      </w:r>
    </w:p>
    <w:p>
      <w:pPr>
        <w:pStyle w:val="ListNumber"/>
        <w:spacing w:after="120"/>
      </w:pPr>
      <w:r>
        <w:rPr>
          <w:b w:val="0"/>
          <w:i w:val="0"/>
          <w:color w:val="555555"/>
          <w:sz w:val="22"/>
        </w:rPr>
        <w:t>If the person cannot make the request themselves, you may act as their representative. Include a copy of any Lasting Power of Attorney (LPA) or evidence of your authority to act.</w:t>
      </w:r>
    </w:p>
    <w:p>
      <w:pPr>
        <w:pStyle w:val="ListNumber"/>
        <w:spacing w:after="120"/>
      </w:pPr>
      <w:r>
        <w:rPr>
          <w:b w:val="0"/>
          <w:i w:val="0"/>
          <w:color w:val="555555"/>
          <w:sz w:val="22"/>
        </w:rPr>
        <w:t>Fill in all fields marked with underlines before sending. Send by recorded post and keep a copy.</w:t>
      </w:r>
    </w:p>
    <w:p>
      <w:pPr>
        <w:spacing w:before="240" w:after="240"/>
      </w:pPr>
      <w:r>
        <w:rPr>
          <w:b w:val="0"/>
          <w:i w:val="0"/>
          <w:color w:val="DDDDDD"/>
          <w:sz w:val="18"/>
        </w:rPr>
        <w:t>--------------------------------------------------------------------------------</w:t>
      </w:r>
    </w:p>
    <w:p>
      <w:pPr>
        <w:spacing w:before="360" w:after="80"/>
      </w:pPr>
      <w:r>
        <w:rPr>
          <w:b/>
          <w:i w:val="0"/>
          <w:color w:val="1B4332"/>
          <w:sz w:val="28"/>
        </w:rPr>
        <w:t>Letter 1 of 3 -- GP Surgery</w:t>
      </w:r>
    </w:p>
    <w:p>
      <w:pPr>
        <w:spacing w:after="160"/>
      </w:pPr>
      <w:r>
        <w:rPr>
          <w:b w:val="0"/>
          <w:i/>
          <w:color w:val="888888"/>
          <w:sz w:val="22"/>
        </w:rPr>
        <w:t>Send to: The Practice Manager at your relative's GP surgery</w:t>
      </w:r>
    </w:p>
    <w:p/>
    <w:p>
      <w:pPr>
        <w:spacing w:after="80"/>
      </w:pPr>
      <w:r>
        <w:rPr>
          <w:b/>
          <w:i w:val="0"/>
          <w:color w:val="1B4332"/>
          <w:sz w:val="18"/>
        </w:rPr>
        <w:t>YOUR DETAILS</w:t>
      </w:r>
    </w:p>
    <w:p>
      <w:pPr>
        <w:spacing w:after="120"/>
      </w:pPr>
      <w:r>
        <w:rPr>
          <w:b/>
          <w:i w:val="0"/>
          <w:color w:val="1A1917"/>
          <w:sz w:val="22"/>
        </w:rPr>
        <w:t xml:space="preserve">Your full name: </w:t>
      </w:r>
      <w:r>
        <w:rPr>
          <w:b w:val="0"/>
          <w:i w:val="0"/>
          <w:color w:val="CCCCCC"/>
          <w:sz w:val="22"/>
        </w:rPr>
        <w:t>_____________________________________________</w:t>
      </w:r>
    </w:p>
    <w:p>
      <w:pPr>
        <w:spacing w:after="120"/>
      </w:pPr>
      <w:r>
        <w:rPr>
          <w:b/>
          <w:i w:val="0"/>
          <w:color w:val="1A1917"/>
          <w:sz w:val="22"/>
        </w:rPr>
        <w:t xml:space="preserve">Your address: </w:t>
      </w:r>
      <w:r>
        <w:rPr>
          <w:b w:val="0"/>
          <w:i w:val="0"/>
          <w:color w:val="CCCCCC"/>
          <w:sz w:val="22"/>
        </w:rPr>
        <w:t>_____________________________________________</w:t>
      </w:r>
    </w:p>
    <w:p>
      <w:pPr>
        <w:spacing w:after="120"/>
      </w:pPr>
      <w:r>
        <w:rPr>
          <w:b w:val="0"/>
          <w:i w:val="0"/>
          <w:color w:val="CCCCCC"/>
          <w:sz w:val="22"/>
        </w:rPr>
        <w:t xml:space="preserve">    ____________________________________________________________</w:t>
      </w:r>
    </w:p>
    <w:p>
      <w:pPr>
        <w:spacing w:after="120"/>
      </w:pPr>
      <w:r>
        <w:rPr>
          <w:b w:val="0"/>
          <w:i w:val="0"/>
          <w:color w:val="CCCCCC"/>
          <w:sz w:val="22"/>
        </w:rPr>
        <w:t xml:space="preserve">    ____________________________________________________________</w:t>
      </w:r>
    </w:p>
    <w:p>
      <w:pPr>
        <w:spacing w:after="120"/>
      </w:pPr>
      <w:r>
        <w:rPr>
          <w:b/>
          <w:i w:val="0"/>
          <w:color w:val="1A1917"/>
          <w:sz w:val="22"/>
        </w:rPr>
        <w:t xml:space="preserve">Your telephone number: </w:t>
      </w:r>
      <w:r>
        <w:rPr>
          <w:b w:val="0"/>
          <w:i w:val="0"/>
          <w:color w:val="CCCCCC"/>
          <w:sz w:val="22"/>
        </w:rPr>
        <w:t>_____________________________________________</w:t>
      </w:r>
    </w:p>
    <w:p>
      <w:pPr>
        <w:spacing w:after="120"/>
      </w:pPr>
      <w:r>
        <w:rPr>
          <w:b/>
          <w:i w:val="0"/>
          <w:color w:val="1A1917"/>
          <w:sz w:val="22"/>
        </w:rPr>
        <w:t xml:space="preserve">Your email address: </w:t>
      </w:r>
      <w:r>
        <w:rPr>
          <w:b w:val="0"/>
          <w:i w:val="0"/>
          <w:color w:val="CCCCCC"/>
          <w:sz w:val="22"/>
        </w:rPr>
        <w:t>_____________________________________________</w:t>
      </w:r>
    </w:p>
    <w:p>
      <w:pPr>
        <w:spacing w:after="120"/>
      </w:pPr>
      <w:r>
        <w:rPr>
          <w:b/>
          <w:i w:val="0"/>
          <w:color w:val="1A1917"/>
          <w:sz w:val="22"/>
        </w:rPr>
        <w:t xml:space="preserve">Date: </w:t>
      </w:r>
      <w:r>
        <w:rPr>
          <w:b w:val="0"/>
          <w:i w:val="0"/>
          <w:color w:val="CCCCCC"/>
          <w:sz w:val="22"/>
        </w:rPr>
        <w:t>_____________________________________________</w:t>
      </w:r>
    </w:p>
    <w:p/>
    <w:p>
      <w:pPr>
        <w:spacing w:after="80"/>
      </w:pPr>
      <w:r>
        <w:rPr>
          <w:b/>
          <w:i w:val="0"/>
          <w:color w:val="1B4332"/>
          <w:sz w:val="18"/>
        </w:rPr>
        <w:t>RECIPIENT DETAILS</w:t>
      </w:r>
    </w:p>
    <w:p>
      <w:pPr>
        <w:spacing w:after="120"/>
      </w:pPr>
      <w:r>
        <w:rPr>
          <w:b/>
          <w:i w:val="0"/>
          <w:color w:val="1A1917"/>
          <w:sz w:val="22"/>
        </w:rPr>
        <w:t xml:space="preserve">Practice name: </w:t>
      </w:r>
      <w:r>
        <w:rPr>
          <w:b w:val="0"/>
          <w:i w:val="0"/>
          <w:color w:val="CCCCCC"/>
          <w:sz w:val="22"/>
        </w:rPr>
        <w:t>_____________________________________________</w:t>
      </w:r>
    </w:p>
    <w:p>
      <w:pPr>
        <w:spacing w:after="120"/>
      </w:pPr>
      <w:r>
        <w:rPr>
          <w:b/>
          <w:i w:val="0"/>
          <w:color w:val="1A1917"/>
          <w:sz w:val="22"/>
        </w:rPr>
        <w:t xml:space="preserve">Practice address: </w:t>
      </w:r>
      <w:r>
        <w:rPr>
          <w:b w:val="0"/>
          <w:i w:val="0"/>
          <w:color w:val="CCCCCC"/>
          <w:sz w:val="22"/>
        </w:rPr>
        <w:t>_____________________________________________</w:t>
      </w:r>
    </w:p>
    <w:p>
      <w:pPr>
        <w:spacing w:after="120"/>
      </w:pPr>
      <w:r>
        <w:rPr>
          <w:b w:val="0"/>
          <w:i w:val="0"/>
          <w:color w:val="CCCCCC"/>
          <w:sz w:val="22"/>
        </w:rPr>
        <w:t xml:space="preserve">    ____________________________________________________________</w:t>
      </w:r>
    </w:p>
    <w:p>
      <w:pPr>
        <w:spacing w:after="120"/>
      </w:pPr>
      <w:r>
        <w:rPr>
          <w:b w:val="0"/>
          <w:i w:val="0"/>
          <w:color w:val="CCCCCC"/>
          <w:sz w:val="22"/>
        </w:rPr>
        <w:t xml:space="preserve">    ____________________________________________________________</w:t>
      </w:r>
    </w:p>
    <w:p/>
    <w:p>
      <w:pPr>
        <w:spacing w:after="280"/>
      </w:pPr>
      <w:r>
        <w:rPr>
          <w:b/>
          <w:i w:val="0"/>
          <w:color w:val="1A1917"/>
          <w:sz w:val="22"/>
        </w:rPr>
        <w:t>Re: Subject Access Request under UK GDPR Article 15 -- [Patient Full Name], DOB [DD/MM/YYYY]</w:t>
      </w:r>
    </w:p>
    <w:p>
      <w:pPr>
        <w:spacing w:after="200"/>
      </w:pPr>
      <w:r>
        <w:rPr>
          <w:b w:val="0"/>
          <w:i w:val="0"/>
          <w:color w:val="555555"/>
          <w:sz w:val="22"/>
        </w:rPr>
        <w:t>I am writing to request a copy of all personal data held by your practice relating to [Patient Full Name], date of birth [DD/MM/YYYY], address [Patient Address].</w:t>
      </w:r>
    </w:p>
    <w:p>
      <w:pPr>
        <w:spacing w:after="200"/>
      </w:pPr>
      <w:r>
        <w:rPr>
          <w:b w:val="0"/>
          <w:i w:val="0"/>
          <w:color w:val="555555"/>
          <w:sz w:val="22"/>
        </w:rPr>
        <w:t>I am making this request under Article 15 of the UK General Data Protection Regulation (UK GDPR). I am [state your relationship, e.g. the son/daughter/appointed representative] of the above-named patient. [If acting as representative: A copy of my [Lasting Power of Attorney / Court of Protection order] is enclosed.]</w:t>
      </w:r>
    </w:p>
    <w:p>
      <w:pPr>
        <w:spacing w:after="200"/>
      </w:pPr>
      <w:r>
        <w:rPr>
          <w:b w:val="0"/>
          <w:i w:val="0"/>
          <w:color w:val="555555"/>
          <w:sz w:val="22"/>
        </w:rPr>
        <w:t>I request the following information in particular:</w:t>
      </w:r>
    </w:p>
    <w:p>
      <w:pPr>
        <w:spacing w:after="200"/>
      </w:pPr>
      <w:r>
        <w:rPr>
          <w:b w:val="0"/>
          <w:i w:val="0"/>
          <w:color w:val="555555"/>
          <w:sz w:val="22"/>
        </w:rPr>
        <w:t>-- All GP notes, clinical entries, and consultation records</w:t>
      </w:r>
    </w:p>
    <w:p>
      <w:pPr>
        <w:spacing w:after="200"/>
      </w:pPr>
      <w:r>
        <w:rPr>
          <w:b w:val="0"/>
          <w:i w:val="0"/>
          <w:color w:val="555555"/>
          <w:sz w:val="22"/>
        </w:rPr>
        <w:t>-- All referral letters sent or received</w:t>
      </w:r>
    </w:p>
    <w:p>
      <w:pPr>
        <w:spacing w:after="200"/>
      </w:pPr>
      <w:r>
        <w:rPr>
          <w:b w:val="0"/>
          <w:i w:val="0"/>
          <w:color w:val="555555"/>
          <w:sz w:val="22"/>
        </w:rPr>
        <w:t>-- All letters received from hospitals, specialists, community nurses, and other healthcare providers</w:t>
      </w:r>
    </w:p>
    <w:p>
      <w:pPr>
        <w:spacing w:after="200"/>
      </w:pPr>
      <w:r>
        <w:rPr>
          <w:b w:val="0"/>
          <w:i w:val="0"/>
          <w:color w:val="555555"/>
          <w:sz w:val="22"/>
        </w:rPr>
        <w:t>-- All medication records and prescription history</w:t>
      </w:r>
    </w:p>
    <w:p>
      <w:pPr>
        <w:spacing w:after="200"/>
      </w:pPr>
      <w:r>
        <w:rPr>
          <w:b w:val="0"/>
          <w:i w:val="0"/>
          <w:color w:val="555555"/>
          <w:sz w:val="22"/>
        </w:rPr>
        <w:t>-- Any care plans or risk assessments</w:t>
      </w:r>
    </w:p>
    <w:p>
      <w:pPr>
        <w:spacing w:after="200"/>
      </w:pPr>
      <w:r>
        <w:rPr>
          <w:b w:val="0"/>
          <w:i w:val="0"/>
          <w:color w:val="555555"/>
          <w:sz w:val="22"/>
        </w:rPr>
        <w:t>-- Any correspondence relating to NHS Continuing Healthcare (CHC) or care funding</w:t>
      </w:r>
    </w:p>
    <w:p>
      <w:pPr>
        <w:spacing w:after="200"/>
      </w:pPr>
      <w:r>
        <w:rPr>
          <w:b w:val="0"/>
          <w:i w:val="0"/>
          <w:color w:val="555555"/>
          <w:sz w:val="22"/>
        </w:rPr>
        <w:t>Please provide the records in electronic format where possible (PDF or similar). I understand you must respond within one calendar month of receipt of this request.</w:t>
      </w:r>
    </w:p>
    <w:p>
      <w:pPr>
        <w:spacing w:after="200"/>
      </w:pPr>
      <w:r>
        <w:rPr>
          <w:b w:val="0"/>
          <w:i w:val="0"/>
          <w:color w:val="555555"/>
          <w:sz w:val="22"/>
        </w:rPr>
        <w:t>If you require any further information to process this request, please contact me using the details above.</w:t>
      </w:r>
    </w:p>
    <w:p/>
    <w:p>
      <w:pPr>
        <w:spacing w:after="80"/>
      </w:pPr>
      <w:r>
        <w:rPr>
          <w:b w:val="0"/>
          <w:i w:val="0"/>
          <w:color w:val="555555"/>
          <w:sz w:val="22"/>
        </w:rPr>
        <w:t>Yours faithfully,</w:t>
      </w:r>
    </w:p>
    <w:p/>
    <w:p/>
    <w:p>
      <w:pPr>
        <w:spacing w:after="120"/>
      </w:pPr>
      <w:r>
        <w:rPr>
          <w:b/>
          <w:i w:val="0"/>
          <w:color w:val="1A1917"/>
          <w:sz w:val="22"/>
        </w:rPr>
        <w:t xml:space="preserve">Signature: </w:t>
      </w:r>
      <w:r>
        <w:rPr>
          <w:b w:val="0"/>
          <w:i w:val="0"/>
          <w:color w:val="CCCCCC"/>
          <w:sz w:val="22"/>
        </w:rPr>
        <w:t>_____________________________________________</w:t>
      </w:r>
    </w:p>
    <w:p>
      <w:pPr>
        <w:spacing w:after="120"/>
      </w:pPr>
      <w:r>
        <w:rPr>
          <w:b/>
          <w:i w:val="0"/>
          <w:color w:val="1A1917"/>
          <w:sz w:val="22"/>
        </w:rPr>
        <w:t xml:space="preserve">Name (print): </w:t>
      </w:r>
      <w:r>
        <w:rPr>
          <w:b w:val="0"/>
          <w:i w:val="0"/>
          <w:color w:val="CCCCCC"/>
          <w:sz w:val="22"/>
        </w:rPr>
        <w:t>_____________________________________________</w:t>
      </w:r>
    </w:p>
    <w:p>
      <w:pPr>
        <w:spacing w:after="120"/>
      </w:pPr>
      <w:r>
        <w:rPr>
          <w:b/>
          <w:i w:val="0"/>
          <w:color w:val="1A1917"/>
          <w:sz w:val="22"/>
        </w:rPr>
        <w:t xml:space="preserve">Date: </w:t>
      </w:r>
      <w:r>
        <w:rPr>
          <w:b w:val="0"/>
          <w:i w:val="0"/>
          <w:color w:val="CCCCCC"/>
          <w:sz w:val="22"/>
        </w:rPr>
        <w:t>_____________________________________________</w:t>
      </w:r>
    </w:p>
    <w:p/>
    <w:p>
      <w:pPr>
        <w:spacing w:after="120"/>
      </w:pPr>
      <w:r>
        <w:rPr>
          <w:b w:val="0"/>
          <w:i/>
          <w:color w:val="888888"/>
          <w:sz w:val="18"/>
        </w:rPr>
        <w:t>Note: Under UK GDPR Article 15, organisations must respond within one calendar month. If your request is refused, you have the right to complain to the Information Commissioner's Office (ICO) at ico.org.uk.</w:t>
      </w:r>
    </w:p>
    <w:p>
      <w:pPr>
        <w:spacing w:before="240" w:after="240"/>
      </w:pPr>
      <w:r>
        <w:rPr>
          <w:b w:val="0"/>
          <w:i w:val="0"/>
          <w:color w:val="DDDDDD"/>
          <w:sz w:val="18"/>
        </w:rPr>
        <w:t>--------------------------------------------------------------------------------</w:t>
      </w:r>
    </w:p>
    <w:p>
      <w:pPr>
        <w:spacing w:before="360" w:after="80"/>
      </w:pPr>
      <w:r>
        <w:rPr>
          <w:b/>
          <w:i w:val="0"/>
          <w:color w:val="1B4332"/>
          <w:sz w:val="28"/>
        </w:rPr>
        <w:t>Letter 2 of 3 -- NHS Trust / Hospital</w:t>
      </w:r>
    </w:p>
    <w:p>
      <w:pPr>
        <w:spacing w:after="160"/>
      </w:pPr>
      <w:r>
        <w:rPr>
          <w:b w:val="0"/>
          <w:i/>
          <w:color w:val="888888"/>
          <w:sz w:val="22"/>
        </w:rPr>
        <w:t>Send to: The Data Protection Officer or Medical Records Manager at the relevant NHS Trust</w:t>
      </w:r>
    </w:p>
    <w:p/>
    <w:p>
      <w:pPr>
        <w:spacing w:after="80"/>
      </w:pPr>
      <w:r>
        <w:rPr>
          <w:b/>
          <w:i w:val="0"/>
          <w:color w:val="1B4332"/>
          <w:sz w:val="18"/>
        </w:rPr>
        <w:t>YOUR DETAILS</w:t>
      </w:r>
    </w:p>
    <w:p>
      <w:pPr>
        <w:spacing w:after="120"/>
      </w:pPr>
      <w:r>
        <w:rPr>
          <w:b/>
          <w:i w:val="0"/>
          <w:color w:val="1A1917"/>
          <w:sz w:val="22"/>
        </w:rPr>
        <w:t xml:space="preserve">Your full name: </w:t>
      </w:r>
      <w:r>
        <w:rPr>
          <w:b w:val="0"/>
          <w:i w:val="0"/>
          <w:color w:val="CCCCCC"/>
          <w:sz w:val="22"/>
        </w:rPr>
        <w:t>_____________________________________________</w:t>
      </w:r>
    </w:p>
    <w:p>
      <w:pPr>
        <w:spacing w:after="120"/>
      </w:pPr>
      <w:r>
        <w:rPr>
          <w:b/>
          <w:i w:val="0"/>
          <w:color w:val="1A1917"/>
          <w:sz w:val="22"/>
        </w:rPr>
        <w:t xml:space="preserve">Your address: </w:t>
      </w:r>
      <w:r>
        <w:rPr>
          <w:b w:val="0"/>
          <w:i w:val="0"/>
          <w:color w:val="CCCCCC"/>
          <w:sz w:val="22"/>
        </w:rPr>
        <w:t>_____________________________________________</w:t>
      </w:r>
    </w:p>
    <w:p>
      <w:pPr>
        <w:spacing w:after="120"/>
      </w:pPr>
      <w:r>
        <w:rPr>
          <w:b w:val="0"/>
          <w:i w:val="0"/>
          <w:color w:val="CCCCCC"/>
          <w:sz w:val="22"/>
        </w:rPr>
        <w:t xml:space="preserve">    ____________________________________________________________</w:t>
      </w:r>
    </w:p>
    <w:p>
      <w:pPr>
        <w:spacing w:after="120"/>
      </w:pPr>
      <w:r>
        <w:rPr>
          <w:b w:val="0"/>
          <w:i w:val="0"/>
          <w:color w:val="CCCCCC"/>
          <w:sz w:val="22"/>
        </w:rPr>
        <w:t xml:space="preserve">    ____________________________________________________________</w:t>
      </w:r>
    </w:p>
    <w:p>
      <w:pPr>
        <w:spacing w:after="120"/>
      </w:pPr>
      <w:r>
        <w:rPr>
          <w:b/>
          <w:i w:val="0"/>
          <w:color w:val="1A1917"/>
          <w:sz w:val="22"/>
        </w:rPr>
        <w:t xml:space="preserve">Your telephone number: </w:t>
      </w:r>
      <w:r>
        <w:rPr>
          <w:b w:val="0"/>
          <w:i w:val="0"/>
          <w:color w:val="CCCCCC"/>
          <w:sz w:val="22"/>
        </w:rPr>
        <w:t>_____________________________________________</w:t>
      </w:r>
    </w:p>
    <w:p>
      <w:pPr>
        <w:spacing w:after="120"/>
      </w:pPr>
      <w:r>
        <w:rPr>
          <w:b/>
          <w:i w:val="0"/>
          <w:color w:val="1A1917"/>
          <w:sz w:val="22"/>
        </w:rPr>
        <w:t xml:space="preserve">Your email address: </w:t>
      </w:r>
      <w:r>
        <w:rPr>
          <w:b w:val="0"/>
          <w:i w:val="0"/>
          <w:color w:val="CCCCCC"/>
          <w:sz w:val="22"/>
        </w:rPr>
        <w:t>_____________________________________________</w:t>
      </w:r>
    </w:p>
    <w:p>
      <w:pPr>
        <w:spacing w:after="120"/>
      </w:pPr>
      <w:r>
        <w:rPr>
          <w:b/>
          <w:i w:val="0"/>
          <w:color w:val="1A1917"/>
          <w:sz w:val="22"/>
        </w:rPr>
        <w:t xml:space="preserve">Date: </w:t>
      </w:r>
      <w:r>
        <w:rPr>
          <w:b w:val="0"/>
          <w:i w:val="0"/>
          <w:color w:val="CCCCCC"/>
          <w:sz w:val="22"/>
        </w:rPr>
        <w:t>_____________________________________________</w:t>
      </w:r>
    </w:p>
    <w:p/>
    <w:p>
      <w:pPr>
        <w:spacing w:after="80"/>
      </w:pPr>
      <w:r>
        <w:rPr>
          <w:b/>
          <w:i w:val="0"/>
          <w:color w:val="1B4332"/>
          <w:sz w:val="18"/>
        </w:rPr>
        <w:t>RECIPIENT DETAILS</w:t>
      </w:r>
    </w:p>
    <w:p>
      <w:pPr>
        <w:spacing w:after="120"/>
      </w:pPr>
      <w:r>
        <w:rPr>
          <w:b/>
          <w:i w:val="0"/>
          <w:color w:val="1A1917"/>
          <w:sz w:val="22"/>
        </w:rPr>
        <w:t xml:space="preserve">NHS Trust name: </w:t>
      </w:r>
      <w:r>
        <w:rPr>
          <w:b w:val="0"/>
          <w:i w:val="0"/>
          <w:color w:val="CCCCCC"/>
          <w:sz w:val="22"/>
        </w:rPr>
        <w:t>_____________________________________________</w:t>
      </w:r>
    </w:p>
    <w:p>
      <w:pPr>
        <w:spacing w:after="120"/>
      </w:pPr>
      <w:r>
        <w:rPr>
          <w:b/>
          <w:i w:val="0"/>
          <w:color w:val="1A1917"/>
          <w:sz w:val="22"/>
        </w:rPr>
        <w:t xml:space="preserve">Trust address: </w:t>
      </w:r>
      <w:r>
        <w:rPr>
          <w:b w:val="0"/>
          <w:i w:val="0"/>
          <w:color w:val="CCCCCC"/>
          <w:sz w:val="22"/>
        </w:rPr>
        <w:t>_____________________________________________</w:t>
      </w:r>
    </w:p>
    <w:p>
      <w:pPr>
        <w:spacing w:after="120"/>
      </w:pPr>
      <w:r>
        <w:rPr>
          <w:b w:val="0"/>
          <w:i w:val="0"/>
          <w:color w:val="CCCCCC"/>
          <w:sz w:val="22"/>
        </w:rPr>
        <w:t xml:space="preserve">    ____________________________________________________________</w:t>
      </w:r>
    </w:p>
    <w:p>
      <w:pPr>
        <w:spacing w:after="120"/>
      </w:pPr>
      <w:r>
        <w:rPr>
          <w:b w:val="0"/>
          <w:i w:val="0"/>
          <w:color w:val="CCCCCC"/>
          <w:sz w:val="22"/>
        </w:rPr>
        <w:t xml:space="preserve">    ____________________________________________________________</w:t>
      </w:r>
    </w:p>
    <w:p/>
    <w:p>
      <w:pPr>
        <w:spacing w:after="280"/>
      </w:pPr>
      <w:r>
        <w:rPr>
          <w:b/>
          <w:i w:val="0"/>
          <w:color w:val="1A1917"/>
          <w:sz w:val="22"/>
        </w:rPr>
        <w:t>Re: Subject Access Request under UK GDPR Article 15 -- [Patient Full Name], DOB [DD/MM/YYYY], NHS No. [if known]</w:t>
      </w:r>
    </w:p>
    <w:p>
      <w:pPr>
        <w:spacing w:after="200"/>
      </w:pPr>
      <w:r>
        <w:rPr>
          <w:b w:val="0"/>
          <w:i w:val="0"/>
          <w:color w:val="555555"/>
          <w:sz w:val="22"/>
        </w:rPr>
        <w:t>I am writing to request a copy of all personal data held by your Trust relating to [Patient Full Name], date of birth [DD/MM/YYYY], NHS Number [if known], address [Patient Address].</w:t>
      </w:r>
    </w:p>
    <w:p>
      <w:pPr>
        <w:spacing w:after="200"/>
      </w:pPr>
      <w:r>
        <w:rPr>
          <w:b w:val="0"/>
          <w:i w:val="0"/>
          <w:color w:val="555555"/>
          <w:sz w:val="22"/>
        </w:rPr>
        <w:t>I am making this request under Article 15 of the UK General Data Protection Regulation (UK GDPR). I am [state your relationship] of the above-named patient. [If acting as representative: A copy of my [Lasting Power of Attorney / Court of Protection order] is enclosed.]</w:t>
      </w:r>
    </w:p>
    <w:p>
      <w:pPr>
        <w:spacing w:after="200"/>
      </w:pPr>
      <w:r>
        <w:rPr>
          <w:b w:val="0"/>
          <w:i w:val="0"/>
          <w:color w:val="555555"/>
          <w:sz w:val="22"/>
        </w:rPr>
        <w:t>I request the following in particular:</w:t>
      </w:r>
    </w:p>
    <w:p>
      <w:pPr>
        <w:spacing w:after="200"/>
      </w:pPr>
      <w:r>
        <w:rPr>
          <w:b w:val="0"/>
          <w:i w:val="0"/>
          <w:color w:val="555555"/>
          <w:sz w:val="22"/>
        </w:rPr>
        <w:t>-- All inpatient admission and discharge records</w:t>
      </w:r>
    </w:p>
    <w:p>
      <w:pPr>
        <w:spacing w:after="200"/>
      </w:pPr>
      <w:r>
        <w:rPr>
          <w:b w:val="0"/>
          <w:i w:val="0"/>
          <w:color w:val="555555"/>
          <w:sz w:val="22"/>
        </w:rPr>
        <w:t>-- All outpatient correspondence and clinical letters</w:t>
      </w:r>
    </w:p>
    <w:p>
      <w:pPr>
        <w:spacing w:after="200"/>
      </w:pPr>
      <w:r>
        <w:rPr>
          <w:b w:val="0"/>
          <w:i w:val="0"/>
          <w:color w:val="555555"/>
          <w:sz w:val="22"/>
        </w:rPr>
        <w:t>-- All ward nursing notes and care records</w:t>
      </w:r>
    </w:p>
    <w:p>
      <w:pPr>
        <w:spacing w:after="200"/>
      </w:pPr>
      <w:r>
        <w:rPr>
          <w:b w:val="0"/>
          <w:i w:val="0"/>
          <w:color w:val="555555"/>
          <w:sz w:val="22"/>
        </w:rPr>
        <w:t>-- All assessment records including falls risk, pressure ulcer risk, nutrition screening, and mental capacity assessments</w:t>
      </w:r>
    </w:p>
    <w:p>
      <w:pPr>
        <w:spacing w:after="200"/>
      </w:pPr>
      <w:r>
        <w:rPr>
          <w:b w:val="0"/>
          <w:i w:val="0"/>
          <w:color w:val="555555"/>
          <w:sz w:val="22"/>
        </w:rPr>
        <w:t>-- All referral letters sent or received</w:t>
      </w:r>
    </w:p>
    <w:p>
      <w:pPr>
        <w:spacing w:after="200"/>
      </w:pPr>
      <w:r>
        <w:rPr>
          <w:b w:val="0"/>
          <w:i w:val="0"/>
          <w:color w:val="555555"/>
          <w:sz w:val="22"/>
        </w:rPr>
        <w:t>-- Any correspondence or records relating to NHS Continuing Healthcare (CHC) or Funded Nursing Care</w:t>
      </w:r>
    </w:p>
    <w:p>
      <w:pPr>
        <w:spacing w:after="200"/>
      </w:pPr>
      <w:r>
        <w:rPr>
          <w:b w:val="0"/>
          <w:i w:val="0"/>
          <w:color w:val="555555"/>
          <w:sz w:val="22"/>
        </w:rPr>
        <w:t>-- Any Discharge to Assess or hospital discharge documentation</w:t>
      </w:r>
    </w:p>
    <w:p>
      <w:pPr>
        <w:spacing w:after="200"/>
      </w:pPr>
      <w:r>
        <w:rPr>
          <w:b w:val="0"/>
          <w:i w:val="0"/>
          <w:color w:val="555555"/>
          <w:sz w:val="22"/>
        </w:rPr>
        <w:t>Please provide records covering [specify relevant time period if known, e.g. all admissions since January 2023, or all records held]. Please provide in electronic format where possible.</w:t>
      </w:r>
    </w:p>
    <w:p>
      <w:pPr>
        <w:spacing w:after="200"/>
      </w:pPr>
      <w:r>
        <w:rPr>
          <w:b w:val="0"/>
          <w:i w:val="0"/>
          <w:color w:val="555555"/>
          <w:sz w:val="22"/>
        </w:rPr>
        <w:t>I understand you must respond within one calendar month of receipt of this request. If you require any further verification, please contact me at the details above.</w:t>
      </w:r>
    </w:p>
    <w:p/>
    <w:p>
      <w:pPr>
        <w:spacing w:after="80"/>
      </w:pPr>
      <w:r>
        <w:rPr>
          <w:b w:val="0"/>
          <w:i w:val="0"/>
          <w:color w:val="555555"/>
          <w:sz w:val="22"/>
        </w:rPr>
        <w:t>Yours faithfully,</w:t>
      </w:r>
    </w:p>
    <w:p/>
    <w:p/>
    <w:p>
      <w:pPr>
        <w:spacing w:after="120"/>
      </w:pPr>
      <w:r>
        <w:rPr>
          <w:b/>
          <w:i w:val="0"/>
          <w:color w:val="1A1917"/>
          <w:sz w:val="22"/>
        </w:rPr>
        <w:t xml:space="preserve">Signature: </w:t>
      </w:r>
      <w:r>
        <w:rPr>
          <w:b w:val="0"/>
          <w:i w:val="0"/>
          <w:color w:val="CCCCCC"/>
          <w:sz w:val="22"/>
        </w:rPr>
        <w:t>_____________________________________________</w:t>
      </w:r>
    </w:p>
    <w:p>
      <w:pPr>
        <w:spacing w:after="120"/>
      </w:pPr>
      <w:r>
        <w:rPr>
          <w:b/>
          <w:i w:val="0"/>
          <w:color w:val="1A1917"/>
          <w:sz w:val="22"/>
        </w:rPr>
        <w:t xml:space="preserve">Name (print): </w:t>
      </w:r>
      <w:r>
        <w:rPr>
          <w:b w:val="0"/>
          <w:i w:val="0"/>
          <w:color w:val="CCCCCC"/>
          <w:sz w:val="22"/>
        </w:rPr>
        <w:t>_____________________________________________</w:t>
      </w:r>
    </w:p>
    <w:p>
      <w:pPr>
        <w:spacing w:after="120"/>
      </w:pPr>
      <w:r>
        <w:rPr>
          <w:b/>
          <w:i w:val="0"/>
          <w:color w:val="1A1917"/>
          <w:sz w:val="22"/>
        </w:rPr>
        <w:t xml:space="preserve">Date: </w:t>
      </w:r>
      <w:r>
        <w:rPr>
          <w:b w:val="0"/>
          <w:i w:val="0"/>
          <w:color w:val="CCCCCC"/>
          <w:sz w:val="22"/>
        </w:rPr>
        <w:t>_____________________________________________</w:t>
      </w:r>
    </w:p>
    <w:p/>
    <w:p>
      <w:pPr>
        <w:spacing w:after="120"/>
      </w:pPr>
      <w:r>
        <w:rPr>
          <w:b w:val="0"/>
          <w:i/>
          <w:color w:val="888888"/>
          <w:sz w:val="18"/>
        </w:rPr>
        <w:t>Note: NHS Trusts are data controllers under UK GDPR. Contact the Trust's Data Protection Officer if your request is refused or delayed. You may also escalate to the ICO at ico.org.uk.</w:t>
      </w:r>
    </w:p>
    <w:p>
      <w:pPr>
        <w:spacing w:before="240" w:after="240"/>
      </w:pPr>
      <w:r>
        <w:rPr>
          <w:b w:val="0"/>
          <w:i w:val="0"/>
          <w:color w:val="DDDDDD"/>
          <w:sz w:val="18"/>
        </w:rPr>
        <w:t>--------------------------------------------------------------------------------</w:t>
      </w:r>
    </w:p>
    <w:p>
      <w:pPr>
        <w:spacing w:before="360" w:after="80"/>
      </w:pPr>
      <w:r>
        <w:rPr>
          <w:b/>
          <w:i w:val="0"/>
          <w:color w:val="1B4332"/>
          <w:sz w:val="28"/>
        </w:rPr>
        <w:t>Letter 3 of 3 -- Care Home or Care Provider</w:t>
      </w:r>
    </w:p>
    <w:p>
      <w:pPr>
        <w:spacing w:after="160"/>
      </w:pPr>
      <w:r>
        <w:rPr>
          <w:b w:val="0"/>
          <w:i/>
          <w:color w:val="888888"/>
          <w:sz w:val="22"/>
        </w:rPr>
        <w:t>Send to: The Registered Manager at the care home or domiciliary care agency</w:t>
      </w:r>
    </w:p>
    <w:p/>
    <w:p>
      <w:pPr>
        <w:spacing w:after="80"/>
      </w:pPr>
      <w:r>
        <w:rPr>
          <w:b/>
          <w:i w:val="0"/>
          <w:color w:val="1B4332"/>
          <w:sz w:val="18"/>
        </w:rPr>
        <w:t>YOUR DETAILS</w:t>
      </w:r>
    </w:p>
    <w:p>
      <w:pPr>
        <w:spacing w:after="120"/>
      </w:pPr>
      <w:r>
        <w:rPr>
          <w:b/>
          <w:i w:val="0"/>
          <w:color w:val="1A1917"/>
          <w:sz w:val="22"/>
        </w:rPr>
        <w:t xml:space="preserve">Your full name: </w:t>
      </w:r>
      <w:r>
        <w:rPr>
          <w:b w:val="0"/>
          <w:i w:val="0"/>
          <w:color w:val="CCCCCC"/>
          <w:sz w:val="22"/>
        </w:rPr>
        <w:t>_____________________________________________</w:t>
      </w:r>
    </w:p>
    <w:p>
      <w:pPr>
        <w:spacing w:after="120"/>
      </w:pPr>
      <w:r>
        <w:rPr>
          <w:b/>
          <w:i w:val="0"/>
          <w:color w:val="1A1917"/>
          <w:sz w:val="22"/>
        </w:rPr>
        <w:t xml:space="preserve">Your address: </w:t>
      </w:r>
      <w:r>
        <w:rPr>
          <w:b w:val="0"/>
          <w:i w:val="0"/>
          <w:color w:val="CCCCCC"/>
          <w:sz w:val="22"/>
        </w:rPr>
        <w:t>_____________________________________________</w:t>
      </w:r>
    </w:p>
    <w:p>
      <w:pPr>
        <w:spacing w:after="120"/>
      </w:pPr>
      <w:r>
        <w:rPr>
          <w:b w:val="0"/>
          <w:i w:val="0"/>
          <w:color w:val="CCCCCC"/>
          <w:sz w:val="22"/>
        </w:rPr>
        <w:t xml:space="preserve">    ____________________________________________________________</w:t>
      </w:r>
    </w:p>
    <w:p>
      <w:pPr>
        <w:spacing w:after="120"/>
      </w:pPr>
      <w:r>
        <w:rPr>
          <w:b w:val="0"/>
          <w:i w:val="0"/>
          <w:color w:val="CCCCCC"/>
          <w:sz w:val="22"/>
        </w:rPr>
        <w:t xml:space="preserve">    ____________________________________________________________</w:t>
      </w:r>
    </w:p>
    <w:p>
      <w:pPr>
        <w:spacing w:after="120"/>
      </w:pPr>
      <w:r>
        <w:rPr>
          <w:b/>
          <w:i w:val="0"/>
          <w:color w:val="1A1917"/>
          <w:sz w:val="22"/>
        </w:rPr>
        <w:t xml:space="preserve">Your telephone number: </w:t>
      </w:r>
      <w:r>
        <w:rPr>
          <w:b w:val="0"/>
          <w:i w:val="0"/>
          <w:color w:val="CCCCCC"/>
          <w:sz w:val="22"/>
        </w:rPr>
        <w:t>_____________________________________________</w:t>
      </w:r>
    </w:p>
    <w:p>
      <w:pPr>
        <w:spacing w:after="120"/>
      </w:pPr>
      <w:r>
        <w:rPr>
          <w:b/>
          <w:i w:val="0"/>
          <w:color w:val="1A1917"/>
          <w:sz w:val="22"/>
        </w:rPr>
        <w:t xml:space="preserve">Your email address: </w:t>
      </w:r>
      <w:r>
        <w:rPr>
          <w:b w:val="0"/>
          <w:i w:val="0"/>
          <w:color w:val="CCCCCC"/>
          <w:sz w:val="22"/>
        </w:rPr>
        <w:t>_____________________________________________</w:t>
      </w:r>
    </w:p>
    <w:p>
      <w:pPr>
        <w:spacing w:after="120"/>
      </w:pPr>
      <w:r>
        <w:rPr>
          <w:b/>
          <w:i w:val="0"/>
          <w:color w:val="1A1917"/>
          <w:sz w:val="22"/>
        </w:rPr>
        <w:t xml:space="preserve">Date: </w:t>
      </w:r>
      <w:r>
        <w:rPr>
          <w:b w:val="0"/>
          <w:i w:val="0"/>
          <w:color w:val="CCCCCC"/>
          <w:sz w:val="22"/>
        </w:rPr>
        <w:t>_____________________________________________</w:t>
      </w:r>
    </w:p>
    <w:p/>
    <w:p>
      <w:pPr>
        <w:spacing w:after="80"/>
      </w:pPr>
      <w:r>
        <w:rPr>
          <w:b/>
          <w:i w:val="0"/>
          <w:color w:val="1B4332"/>
          <w:sz w:val="18"/>
        </w:rPr>
        <w:t>RECIPIENT DETAILS</w:t>
      </w:r>
    </w:p>
    <w:p>
      <w:pPr>
        <w:spacing w:after="120"/>
      </w:pPr>
      <w:r>
        <w:rPr>
          <w:b/>
          <w:i w:val="0"/>
          <w:color w:val="1A1917"/>
          <w:sz w:val="22"/>
        </w:rPr>
        <w:t xml:space="preserve">Care provider name: </w:t>
      </w:r>
      <w:r>
        <w:rPr>
          <w:b w:val="0"/>
          <w:i w:val="0"/>
          <w:color w:val="CCCCCC"/>
          <w:sz w:val="22"/>
        </w:rPr>
        <w:t>_____________________________________________</w:t>
      </w:r>
    </w:p>
    <w:p>
      <w:pPr>
        <w:spacing w:after="120"/>
      </w:pPr>
      <w:r>
        <w:rPr>
          <w:b/>
          <w:i w:val="0"/>
          <w:color w:val="1A1917"/>
          <w:sz w:val="22"/>
        </w:rPr>
        <w:t xml:space="preserve">Provider address: </w:t>
      </w:r>
      <w:r>
        <w:rPr>
          <w:b w:val="0"/>
          <w:i w:val="0"/>
          <w:color w:val="CCCCCC"/>
          <w:sz w:val="22"/>
        </w:rPr>
        <w:t>_____________________________________________</w:t>
      </w:r>
    </w:p>
    <w:p>
      <w:pPr>
        <w:spacing w:after="120"/>
      </w:pPr>
      <w:r>
        <w:rPr>
          <w:b w:val="0"/>
          <w:i w:val="0"/>
          <w:color w:val="CCCCCC"/>
          <w:sz w:val="22"/>
        </w:rPr>
        <w:t xml:space="preserve">    ____________________________________________________________</w:t>
      </w:r>
    </w:p>
    <w:p>
      <w:pPr>
        <w:spacing w:after="120"/>
      </w:pPr>
      <w:r>
        <w:rPr>
          <w:b w:val="0"/>
          <w:i w:val="0"/>
          <w:color w:val="CCCCCC"/>
          <w:sz w:val="22"/>
        </w:rPr>
        <w:t xml:space="preserve">    ____________________________________________________________</w:t>
      </w:r>
    </w:p>
    <w:p/>
    <w:p>
      <w:pPr>
        <w:spacing w:after="280"/>
      </w:pPr>
      <w:r>
        <w:rPr>
          <w:b/>
          <w:i w:val="0"/>
          <w:color w:val="1A1917"/>
          <w:sz w:val="22"/>
        </w:rPr>
        <w:t>Re: Subject Access Request under UK GDPR Article 15 -- [Resident/Service User Full Name], DOB [DD/MM/YYYY]</w:t>
      </w:r>
    </w:p>
    <w:p>
      <w:pPr>
        <w:spacing w:after="200"/>
      </w:pPr>
      <w:r>
        <w:rPr>
          <w:b w:val="0"/>
          <w:i w:val="0"/>
          <w:color w:val="555555"/>
          <w:sz w:val="22"/>
        </w:rPr>
        <w:t>I am writing to request a copy of all personal data held by your organisation relating to [Resident Full Name], date of birth [DD/MM/YYYY], address / room [if applicable].</w:t>
      </w:r>
    </w:p>
    <w:p>
      <w:pPr>
        <w:spacing w:after="200"/>
      </w:pPr>
      <w:r>
        <w:rPr>
          <w:b w:val="0"/>
          <w:i w:val="0"/>
          <w:color w:val="555555"/>
          <w:sz w:val="22"/>
        </w:rPr>
        <w:t>I am making this request under Article 15 of the UK General Data Protection Regulation (UK GDPR). I am [state your relationship] of the above-named person. [If acting as representative: A copy of my [Lasting Power of Attorney / authority to act] is enclosed.]</w:t>
      </w:r>
    </w:p>
    <w:p>
      <w:pPr>
        <w:spacing w:after="200"/>
      </w:pPr>
      <w:r>
        <w:rPr>
          <w:b w:val="0"/>
          <w:i w:val="0"/>
          <w:color w:val="555555"/>
          <w:sz w:val="22"/>
        </w:rPr>
        <w:t>I request the following in particular:</w:t>
      </w:r>
    </w:p>
    <w:p>
      <w:pPr>
        <w:spacing w:after="200"/>
      </w:pPr>
      <w:r>
        <w:rPr>
          <w:b w:val="0"/>
          <w:i w:val="0"/>
          <w:color w:val="555555"/>
          <w:sz w:val="22"/>
        </w:rPr>
        <w:t>-- All care plans and care assessments</w:t>
      </w:r>
    </w:p>
    <w:p>
      <w:pPr>
        <w:spacing w:after="200"/>
      </w:pPr>
      <w:r>
        <w:rPr>
          <w:b w:val="0"/>
          <w:i w:val="0"/>
          <w:color w:val="555555"/>
          <w:sz w:val="22"/>
        </w:rPr>
        <w:t>-- All daily care records and observation logs</w:t>
      </w:r>
    </w:p>
    <w:p>
      <w:pPr>
        <w:spacing w:after="200"/>
      </w:pPr>
      <w:r>
        <w:rPr>
          <w:b w:val="0"/>
          <w:i w:val="0"/>
          <w:color w:val="555555"/>
          <w:sz w:val="22"/>
        </w:rPr>
        <w:t>-- All incident reports and accident records</w:t>
      </w:r>
    </w:p>
    <w:p>
      <w:pPr>
        <w:spacing w:after="200"/>
      </w:pPr>
      <w:r>
        <w:rPr>
          <w:b w:val="0"/>
          <w:i w:val="0"/>
          <w:color w:val="555555"/>
          <w:sz w:val="22"/>
        </w:rPr>
        <w:t>-- All medication administration records (MAR charts)</w:t>
      </w:r>
    </w:p>
    <w:p>
      <w:pPr>
        <w:spacing w:after="200"/>
      </w:pPr>
      <w:r>
        <w:rPr>
          <w:b w:val="0"/>
          <w:i w:val="0"/>
          <w:color w:val="555555"/>
          <w:sz w:val="22"/>
        </w:rPr>
        <w:t>-- All risk assessments (falls, pressure ulcers, nutrition, behaviour)</w:t>
      </w:r>
    </w:p>
    <w:p>
      <w:pPr>
        <w:spacing w:after="200"/>
      </w:pPr>
      <w:r>
        <w:rPr>
          <w:b w:val="0"/>
          <w:i w:val="0"/>
          <w:color w:val="555555"/>
          <w:sz w:val="22"/>
        </w:rPr>
        <w:t>-- All communication logs and family correspondence</w:t>
      </w:r>
    </w:p>
    <w:p>
      <w:pPr>
        <w:spacing w:after="200"/>
      </w:pPr>
      <w:r>
        <w:rPr>
          <w:b w:val="0"/>
          <w:i w:val="0"/>
          <w:color w:val="555555"/>
          <w:sz w:val="22"/>
        </w:rPr>
        <w:t>-- Any records relating to complaints made about the resident's care</w:t>
      </w:r>
    </w:p>
    <w:p>
      <w:pPr>
        <w:spacing w:after="200"/>
      </w:pPr>
      <w:r>
        <w:rPr>
          <w:b w:val="0"/>
          <w:i w:val="0"/>
          <w:color w:val="555555"/>
          <w:sz w:val="22"/>
        </w:rPr>
        <w:t>-- Any records relating to NHS Continuing Healthcare (CHC) assessments or referrals</w:t>
      </w:r>
    </w:p>
    <w:p>
      <w:pPr>
        <w:spacing w:after="200"/>
      </w:pPr>
      <w:r>
        <w:rPr>
          <w:b w:val="0"/>
          <w:i w:val="0"/>
          <w:color w:val="555555"/>
          <w:sz w:val="22"/>
        </w:rPr>
        <w:t>Please provide records covering [specify time period if relevant]. Please provide in electronic format where possible.</w:t>
      </w:r>
    </w:p>
    <w:p>
      <w:pPr>
        <w:spacing w:after="200"/>
      </w:pPr>
      <w:r>
        <w:rPr>
          <w:b w:val="0"/>
          <w:i w:val="0"/>
          <w:color w:val="555555"/>
          <w:sz w:val="22"/>
        </w:rPr>
        <w:t>I understand you must respond within one calendar month of receipt of this request.</w:t>
      </w:r>
    </w:p>
    <w:p/>
    <w:p>
      <w:pPr>
        <w:spacing w:after="80"/>
      </w:pPr>
      <w:r>
        <w:rPr>
          <w:b w:val="0"/>
          <w:i w:val="0"/>
          <w:color w:val="555555"/>
          <w:sz w:val="22"/>
        </w:rPr>
        <w:t>Yours faithfully,</w:t>
      </w:r>
    </w:p>
    <w:p/>
    <w:p/>
    <w:p>
      <w:pPr>
        <w:spacing w:after="120"/>
      </w:pPr>
      <w:r>
        <w:rPr>
          <w:b/>
          <w:i w:val="0"/>
          <w:color w:val="1A1917"/>
          <w:sz w:val="22"/>
        </w:rPr>
        <w:t xml:space="preserve">Signature: </w:t>
      </w:r>
      <w:r>
        <w:rPr>
          <w:b w:val="0"/>
          <w:i w:val="0"/>
          <w:color w:val="CCCCCC"/>
          <w:sz w:val="22"/>
        </w:rPr>
        <w:t>_____________________________________________</w:t>
      </w:r>
    </w:p>
    <w:p>
      <w:pPr>
        <w:spacing w:after="120"/>
      </w:pPr>
      <w:r>
        <w:rPr>
          <w:b/>
          <w:i w:val="0"/>
          <w:color w:val="1A1917"/>
          <w:sz w:val="22"/>
        </w:rPr>
        <w:t xml:space="preserve">Name (print): </w:t>
      </w:r>
      <w:r>
        <w:rPr>
          <w:b w:val="0"/>
          <w:i w:val="0"/>
          <w:color w:val="CCCCCC"/>
          <w:sz w:val="22"/>
        </w:rPr>
        <w:t>_____________________________________________</w:t>
      </w:r>
    </w:p>
    <w:p>
      <w:pPr>
        <w:spacing w:after="120"/>
      </w:pPr>
      <w:r>
        <w:rPr>
          <w:b/>
          <w:i w:val="0"/>
          <w:color w:val="1A1917"/>
          <w:sz w:val="22"/>
        </w:rPr>
        <w:t xml:space="preserve">Date: </w:t>
      </w:r>
      <w:r>
        <w:rPr>
          <w:b w:val="0"/>
          <w:i w:val="0"/>
          <w:color w:val="CCCCCC"/>
          <w:sz w:val="22"/>
        </w:rPr>
        <w:t>_____________________________________________</w:t>
      </w:r>
    </w:p>
    <w:p/>
    <w:p>
      <w:pPr>
        <w:spacing w:after="120"/>
      </w:pPr>
      <w:r>
        <w:rPr>
          <w:b w:val="0"/>
          <w:i/>
          <w:color w:val="888888"/>
          <w:sz w:val="18"/>
        </w:rPr>
        <w:t>Note: Care homes and domiciliary care agencies registered with the CQC are data controllers under UK GDPR and must comply with SARs. If a request is refused or delayed, contact the ICO at ico.org.uk.</w:t>
      </w:r>
    </w:p>
    <w:p>
      <w:pPr>
        <w:spacing w:before="240" w:after="240"/>
      </w:pPr>
      <w:r>
        <w:rPr>
          <w:b w:val="0"/>
          <w:i w:val="0"/>
          <w:color w:val="DDDDDD"/>
          <w:sz w:val="18"/>
        </w:rPr>
        <w:t>--------------------------------------------------------------------------------</w:t>
      </w:r>
    </w:p>
    <w:p>
      <w:pPr>
        <w:jc w:val="center"/>
      </w:pPr>
      <w:r>
        <w:rPr>
          <w:b w:val="0"/>
          <w:i w:val="0"/>
          <w:color w:val="888888"/>
          <w:sz w:val="18"/>
        </w:rPr>
        <w:t>CareAdvocate  |  careadvocate.co.uk  |  This document is for personal use and does not constitute legal advice.</w:t>
      </w:r>
    </w:p>
    <w:sectPr w:rsidR="00FC693F" w:rsidRPr="0006063C" w:rsidSect="00034616">
      <w:pgSz w:w="12240" w:h="15840"/>
      <w:pgMar w:top="1417" w:right="1587"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